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8C0C" w14:textId="66B5C643" w:rsidR="004A22F2" w:rsidRPr="001805A0" w:rsidRDefault="00182C92" w:rsidP="000C5CEF">
      <w:pPr>
        <w:jc w:val="center"/>
      </w:pPr>
      <w:r w:rsidRPr="001805A0">
        <w:rPr>
          <w:b/>
          <w:color w:val="37582D"/>
          <w:sz w:val="36"/>
        </w:rPr>
        <w:t>GEN</w:t>
      </w:r>
      <w:r w:rsidR="00F60BC1" w:rsidRPr="001805A0">
        <w:rPr>
          <w:b/>
          <w:color w:val="37582D"/>
          <w:sz w:val="36"/>
        </w:rPr>
        <w:t xml:space="preserve"> AWARDS</w:t>
      </w:r>
      <w:r w:rsidRPr="001805A0">
        <w:rPr>
          <w:b/>
          <w:color w:val="37582D"/>
          <w:sz w:val="36"/>
        </w:rPr>
        <w:t xml:space="preserve"> 2026</w:t>
      </w:r>
    </w:p>
    <w:p w14:paraId="21FBD80C" w14:textId="77777777" w:rsidR="00D93A97" w:rsidRPr="001805A0" w:rsidRDefault="00F60BC1">
      <w:pPr>
        <w:spacing w:after="160"/>
        <w:jc w:val="center"/>
        <w:rPr>
          <w:b/>
          <w:sz w:val="26"/>
        </w:rPr>
      </w:pPr>
      <w:r w:rsidRPr="001805A0">
        <w:rPr>
          <w:b/>
          <w:sz w:val="26"/>
        </w:rPr>
        <w:t xml:space="preserve">APPLICATION FORM </w:t>
      </w:r>
    </w:p>
    <w:p w14:paraId="5D49803D" w14:textId="4FE2246E" w:rsidR="00301E2D" w:rsidRPr="001805A0" w:rsidRDefault="00301E2D" w:rsidP="000C5CEF">
      <w:pPr>
        <w:spacing w:after="0" w:line="240" w:lineRule="auto"/>
        <w:jc w:val="both"/>
        <w:rPr>
          <w:bCs/>
          <w:sz w:val="22"/>
        </w:rPr>
      </w:pPr>
      <w:r w:rsidRPr="001805A0">
        <w:rPr>
          <w:b/>
          <w:sz w:val="22"/>
        </w:rPr>
        <w:t>Theme:</w:t>
      </w:r>
      <w:r w:rsidRPr="001805A0">
        <w:rPr>
          <w:bCs/>
          <w:sz w:val="22"/>
        </w:rPr>
        <w:t xml:space="preserve"> </w:t>
      </w:r>
      <w:r w:rsidR="00494C98" w:rsidRPr="001805A0">
        <w:rPr>
          <w:bCs/>
          <w:sz w:val="22"/>
        </w:rPr>
        <w:t>Ecolabels for Sustainable Trade in the Digital Era</w:t>
      </w:r>
    </w:p>
    <w:p w14:paraId="382D1516" w14:textId="77777777" w:rsidR="00301E2D" w:rsidRPr="001805A0" w:rsidRDefault="00301E2D" w:rsidP="000C5CEF">
      <w:pPr>
        <w:spacing w:after="0" w:line="240" w:lineRule="auto"/>
        <w:jc w:val="both"/>
        <w:rPr>
          <w:bCs/>
          <w:sz w:val="22"/>
        </w:rPr>
      </w:pPr>
    </w:p>
    <w:p w14:paraId="33022E11" w14:textId="348EC0B0" w:rsidR="004A22F2" w:rsidRPr="001805A0" w:rsidRDefault="00F60BC1" w:rsidP="00301E2D">
      <w:pPr>
        <w:spacing w:after="0" w:line="240" w:lineRule="auto"/>
        <w:jc w:val="both"/>
        <w:rPr>
          <w:b/>
          <w:sz w:val="22"/>
        </w:rPr>
      </w:pPr>
      <w:r w:rsidRPr="001805A0">
        <w:rPr>
          <w:b/>
          <w:sz w:val="22"/>
        </w:rPr>
        <w:t>Business Nomination: Leader in Sustainable Trade</w:t>
      </w:r>
      <w:r w:rsidR="00124D72" w:rsidRPr="001805A0">
        <w:rPr>
          <w:bCs/>
          <w:sz w:val="22"/>
        </w:rPr>
        <w:tab/>
      </w:r>
    </w:p>
    <w:p w14:paraId="75EDDF49" w14:textId="77777777" w:rsidR="00301E2D" w:rsidRPr="001805A0" w:rsidRDefault="00301E2D" w:rsidP="000C5CEF">
      <w:pPr>
        <w:spacing w:after="0" w:line="240" w:lineRule="auto"/>
        <w:jc w:val="both"/>
        <w:rPr>
          <w:sz w:val="22"/>
        </w:rPr>
      </w:pPr>
    </w:p>
    <w:p w14:paraId="75AE13EB" w14:textId="6382F5A7" w:rsidR="004A22F2" w:rsidRPr="001805A0" w:rsidRDefault="00F60BC1" w:rsidP="000C5CEF">
      <w:pPr>
        <w:spacing w:after="0" w:line="240" w:lineRule="auto"/>
        <w:jc w:val="both"/>
        <w:rPr>
          <w:b/>
          <w:bCs/>
          <w:sz w:val="22"/>
        </w:rPr>
      </w:pPr>
      <w:r w:rsidRPr="001805A0">
        <w:rPr>
          <w:sz w:val="22"/>
        </w:rPr>
        <w:t xml:space="preserve">Application deadline: </w:t>
      </w:r>
      <w:r w:rsidRPr="001805A0">
        <w:rPr>
          <w:b/>
          <w:bCs/>
          <w:sz w:val="22"/>
        </w:rPr>
        <w:t>20 September 2026</w:t>
      </w:r>
    </w:p>
    <w:p w14:paraId="32170014" w14:textId="77777777" w:rsidR="00301E2D" w:rsidRPr="001805A0" w:rsidRDefault="00301E2D" w:rsidP="000C5CEF">
      <w:pPr>
        <w:spacing w:after="0" w:line="240" w:lineRule="auto"/>
        <w:jc w:val="both"/>
        <w:rPr>
          <w:b/>
          <w:bCs/>
          <w:sz w:val="22"/>
        </w:rPr>
      </w:pPr>
    </w:p>
    <w:p w14:paraId="323F2518" w14:textId="3E63A314" w:rsidR="004A22F2" w:rsidRPr="001805A0" w:rsidRDefault="00F60BC1" w:rsidP="00301E2D">
      <w:pPr>
        <w:spacing w:before="20" w:after="20" w:line="240" w:lineRule="auto"/>
        <w:jc w:val="both"/>
        <w:rPr>
          <w:sz w:val="22"/>
        </w:rPr>
      </w:pPr>
      <w:bookmarkStart w:id="0" w:name="_Hlk237985808"/>
      <w:r w:rsidRPr="001805A0">
        <w:rPr>
          <w:sz w:val="22"/>
        </w:rPr>
        <w:t xml:space="preserve">Please read the </w:t>
      </w:r>
      <w:r w:rsidR="003D5D9D" w:rsidRPr="001805A0">
        <w:rPr>
          <w:i/>
          <w:iCs/>
          <w:sz w:val="22"/>
        </w:rPr>
        <w:t>GEN</w:t>
      </w:r>
      <w:r w:rsidRPr="001805A0">
        <w:rPr>
          <w:i/>
          <w:iCs/>
          <w:sz w:val="22"/>
        </w:rPr>
        <w:t xml:space="preserve"> 2026 Awards Guidelines and Timeline</w:t>
      </w:r>
      <w:r w:rsidRPr="001805A0">
        <w:rPr>
          <w:sz w:val="22"/>
        </w:rPr>
        <w:t xml:space="preserve"> before completing this application.</w:t>
      </w:r>
    </w:p>
    <w:bookmarkEnd w:id="0"/>
    <w:p w14:paraId="3B7ED3F9" w14:textId="6E9A7810" w:rsidR="004A22F2" w:rsidRPr="001805A0" w:rsidRDefault="00F60BC1" w:rsidP="00301E2D">
      <w:pPr>
        <w:spacing w:before="20" w:after="20" w:line="240" w:lineRule="auto"/>
        <w:jc w:val="both"/>
        <w:rPr>
          <w:sz w:val="22"/>
        </w:rPr>
      </w:pPr>
      <w:r w:rsidRPr="001805A0">
        <w:rPr>
          <w:sz w:val="22"/>
        </w:rPr>
        <w:t>This application is for businesses with products or services certified under an ecolabelling program operated by a GEN member.</w:t>
      </w:r>
    </w:p>
    <w:p w14:paraId="36FCFD91" w14:textId="77777777" w:rsidR="000C5CEF" w:rsidRPr="001805A0" w:rsidRDefault="000C5CEF" w:rsidP="000C5CEF">
      <w:pPr>
        <w:spacing w:after="0" w:line="240" w:lineRule="auto"/>
        <w:jc w:val="both"/>
        <w:rPr>
          <w:sz w:val="22"/>
        </w:rPr>
      </w:pPr>
    </w:p>
    <w:p w14:paraId="0B96D186" w14:textId="77777777" w:rsidR="004A22F2" w:rsidRPr="001805A0" w:rsidRDefault="00F60BC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  <w:r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>Section 1. Applicant Information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0"/>
        <w:gridCol w:w="5923"/>
      </w:tblGrid>
      <w:tr w:rsidR="004A22F2" w:rsidRPr="001805A0" w14:paraId="7F2BA2B0" w14:textId="77777777" w:rsidTr="00B2542F">
        <w:trPr>
          <w:jc w:val="center"/>
        </w:trPr>
        <w:tc>
          <w:tcPr>
            <w:tcW w:w="4420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F0C1E5" w14:textId="77777777" w:rsidR="004A22F2" w:rsidRPr="001805A0" w:rsidRDefault="00F60BC1" w:rsidP="004A017D">
            <w:pPr>
              <w:spacing w:after="0" w:line="240" w:lineRule="auto"/>
            </w:pPr>
            <w:r w:rsidRPr="001805A0">
              <w:rPr>
                <w:b/>
                <w:sz w:val="22"/>
              </w:rPr>
              <w:t>Question</w:t>
            </w:r>
          </w:p>
        </w:tc>
        <w:tc>
          <w:tcPr>
            <w:tcW w:w="5923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4B3B38" w14:textId="77777777" w:rsidR="004A22F2" w:rsidRPr="001805A0" w:rsidRDefault="00F60BC1" w:rsidP="004A017D">
            <w:pPr>
              <w:spacing w:after="0" w:line="240" w:lineRule="auto"/>
            </w:pPr>
            <w:r w:rsidRPr="001805A0">
              <w:rPr>
                <w:b/>
                <w:sz w:val="22"/>
              </w:rPr>
              <w:t>Answer</w:t>
            </w:r>
          </w:p>
        </w:tc>
      </w:tr>
      <w:tr w:rsidR="004A22F2" w:rsidRPr="001805A0" w14:paraId="155B38E0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0D47DA" w14:textId="012348BB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1.1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 xml:space="preserve">Company / </w:t>
            </w:r>
            <w:proofErr w:type="spellStart"/>
            <w:r w:rsidR="00F60BC1" w:rsidRPr="001805A0">
              <w:rPr>
                <w:sz w:val="22"/>
              </w:rPr>
              <w:t>organisation</w:t>
            </w:r>
            <w:proofErr w:type="spellEnd"/>
            <w:r w:rsidR="00F60BC1" w:rsidRPr="001805A0">
              <w:rPr>
                <w:sz w:val="22"/>
              </w:rPr>
              <w:t xml:space="preserve"> name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8A513C" w14:textId="0F1154CB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3F20BAF3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A1A730" w14:textId="21900294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1.2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Country</w:t>
            </w:r>
            <w:r w:rsidRPr="001805A0">
              <w:rPr>
                <w:sz w:val="22"/>
              </w:rPr>
              <w:t xml:space="preserve"> / Region</w:t>
            </w:r>
            <w:r w:rsidR="00F60BC1" w:rsidRPr="001805A0">
              <w:rPr>
                <w:sz w:val="22"/>
              </w:rPr>
              <w:t xml:space="preserve">. </w:t>
            </w:r>
            <w:r w:rsidRPr="001805A0">
              <w:rPr>
                <w:sz w:val="22"/>
              </w:rPr>
              <w:t>Please provide the applicant’s country and regional grouping, if applicable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97D705" w14:textId="26EE985C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7A7653E9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B0D7D6" w14:textId="5F5F6C84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1.3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Website or official page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552B98" w14:textId="2A57C622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06E71980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8A196C" w14:textId="77777777" w:rsidR="003D5D9D" w:rsidRPr="001805A0" w:rsidRDefault="003D5D9D" w:rsidP="004A017D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bCs/>
                <w:sz w:val="22"/>
              </w:rPr>
              <w:t>1.4.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 xml:space="preserve">Contact person: </w:t>
            </w:r>
          </w:p>
          <w:p w14:paraId="0C00DF35" w14:textId="77777777" w:rsidR="003D5D9D" w:rsidRPr="001805A0" w:rsidRDefault="00F60BC1" w:rsidP="004A017D">
            <w:pPr>
              <w:spacing w:after="0" w:line="240" w:lineRule="auto"/>
              <w:rPr>
                <w:sz w:val="22"/>
              </w:rPr>
            </w:pPr>
            <w:r w:rsidRPr="001805A0">
              <w:rPr>
                <w:sz w:val="22"/>
              </w:rPr>
              <w:t xml:space="preserve">name / </w:t>
            </w:r>
            <w:r w:rsidR="003D5D9D" w:rsidRPr="001805A0">
              <w:rPr>
                <w:sz w:val="22"/>
              </w:rPr>
              <w:t xml:space="preserve"> position / title</w:t>
            </w:r>
            <w:r w:rsidRPr="001805A0">
              <w:rPr>
                <w:sz w:val="22"/>
              </w:rPr>
              <w:t xml:space="preserve">/ </w:t>
            </w:r>
          </w:p>
          <w:p w14:paraId="287E0EDA" w14:textId="3FFDF084" w:rsidR="004A22F2" w:rsidRPr="001805A0" w:rsidRDefault="00F60BC1" w:rsidP="004A017D">
            <w:pPr>
              <w:spacing w:after="0" w:line="240" w:lineRule="auto"/>
            </w:pPr>
            <w:r w:rsidRPr="001805A0">
              <w:rPr>
                <w:sz w:val="22"/>
              </w:rPr>
              <w:t>email / phone or messaging contact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0C88C1" w14:textId="0458CF7C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60523A02" w14:textId="77777777" w:rsidTr="00B2542F">
        <w:trPr>
          <w:trHeight w:val="221"/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C9FE9E" w14:textId="4306D27A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1.5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Year the company was established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39D94D" w14:textId="5E1C8650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3C5FDAE8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88532A" w14:textId="54499B50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1.6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Business sector and main products / services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EB5671" w14:textId="075982BB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5AD20F53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5DD66B" w14:textId="340546BA" w:rsidR="004A22F2" w:rsidRPr="001805A0" w:rsidRDefault="003D5D9D" w:rsidP="003D5D9D">
            <w:pPr>
              <w:spacing w:after="0" w:line="240" w:lineRule="auto"/>
              <w:jc w:val="both"/>
            </w:pPr>
            <w:r w:rsidRPr="001805A0">
              <w:rPr>
                <w:b/>
                <w:bCs/>
                <w:sz w:val="22"/>
              </w:rPr>
              <w:t>1.7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GEN member ecolabelling program</w:t>
            </w:r>
            <w:r w:rsidRPr="001805A0">
              <w:rPr>
                <w:sz w:val="22"/>
              </w:rPr>
              <w:t>(s)</w:t>
            </w:r>
            <w:r w:rsidR="00F60BC1" w:rsidRPr="001805A0">
              <w:rPr>
                <w:sz w:val="22"/>
              </w:rPr>
              <w:t xml:space="preserve"> that certified your products / services, including country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F79312" w14:textId="0FFA06DF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158EA021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A2D1AC" w14:textId="62C0AF5D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1.8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>Certified product / service categories and applicable ecolabelling criteria / standard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528A40" w14:textId="0FF90758" w:rsidR="004A22F2" w:rsidRPr="001805A0" w:rsidRDefault="004A22F2" w:rsidP="004A017D">
            <w:pPr>
              <w:spacing w:after="0" w:line="240" w:lineRule="auto"/>
            </w:pPr>
          </w:p>
        </w:tc>
      </w:tr>
      <w:tr w:rsidR="004A22F2" w:rsidRPr="001805A0" w14:paraId="32B39655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A1D487" w14:textId="44C98188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1.9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 xml:space="preserve">Number of certified products / services: 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644776" w14:textId="77777777" w:rsidR="003D6B6F" w:rsidRPr="001805A0" w:rsidRDefault="000C5CEF" w:rsidP="004A017D">
            <w:pPr>
              <w:spacing w:after="0" w:line="240" w:lineRule="auto"/>
              <w:rPr>
                <w:sz w:val="22"/>
                <w:lang w:val="ru-RU"/>
              </w:rPr>
            </w:pPr>
            <w:r w:rsidRPr="001805A0">
              <w:rPr>
                <w:sz w:val="22"/>
              </w:rPr>
              <w:t xml:space="preserve">☐ up to 10  ☐ 11-50  ☐ 51-100  ☐ 101-500 </w:t>
            </w:r>
            <w:r w:rsidR="003D6B6F" w:rsidRPr="001805A0">
              <w:rPr>
                <w:sz w:val="22"/>
                <w:lang w:val="ru-RU"/>
              </w:rPr>
              <w:t xml:space="preserve"> </w:t>
            </w:r>
          </w:p>
          <w:p w14:paraId="2A62FDE9" w14:textId="747F1C0E" w:rsidR="004A22F2" w:rsidRPr="001805A0" w:rsidRDefault="000C5CEF" w:rsidP="004A017D">
            <w:pPr>
              <w:spacing w:after="0" w:line="240" w:lineRule="auto"/>
              <w:rPr>
                <w:sz w:val="22"/>
              </w:rPr>
            </w:pPr>
            <w:r w:rsidRPr="001805A0">
              <w:rPr>
                <w:sz w:val="22"/>
              </w:rPr>
              <w:t>☐ more than 500  ☐ other</w:t>
            </w:r>
          </w:p>
        </w:tc>
      </w:tr>
      <w:tr w:rsidR="004A22F2" w:rsidRPr="001805A0" w14:paraId="7DB3C9A0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2DDFE9" w14:textId="6FB8B76F" w:rsidR="004A22F2" w:rsidRPr="001805A0" w:rsidRDefault="003D5D9D" w:rsidP="004A017D">
            <w:pPr>
              <w:spacing w:after="0" w:line="240" w:lineRule="auto"/>
            </w:pPr>
            <w:r w:rsidRPr="001805A0">
              <w:rPr>
                <w:b/>
                <w:bCs/>
                <w:sz w:val="22"/>
              </w:rPr>
              <w:t>1.10</w:t>
            </w:r>
            <w:r w:rsidRPr="001805A0">
              <w:rPr>
                <w:sz w:val="22"/>
              </w:rPr>
              <w:t xml:space="preserve"> </w:t>
            </w:r>
            <w:r w:rsidR="00F60BC1" w:rsidRPr="001805A0">
              <w:rPr>
                <w:sz w:val="22"/>
              </w:rPr>
              <w:t xml:space="preserve">Link to the </w:t>
            </w:r>
            <w:r w:rsidR="000C5CEF" w:rsidRPr="001805A0">
              <w:rPr>
                <w:sz w:val="22"/>
              </w:rPr>
              <w:t xml:space="preserve">ecolabel </w:t>
            </w:r>
            <w:r w:rsidR="00F60BC1" w:rsidRPr="001805A0">
              <w:rPr>
                <w:sz w:val="22"/>
              </w:rPr>
              <w:t>certificate, public register or certified product listing</w:t>
            </w:r>
            <w:r w:rsidR="000C5CEF" w:rsidRPr="001805A0">
              <w:rPr>
                <w:sz w:val="22"/>
              </w:rPr>
              <w:t xml:space="preserve"> 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F3DEB6" w14:textId="63BA32F0" w:rsidR="004A22F2" w:rsidRPr="001805A0" w:rsidRDefault="004A22F2" w:rsidP="004A017D">
            <w:pPr>
              <w:spacing w:after="0" w:line="240" w:lineRule="auto"/>
            </w:pPr>
          </w:p>
        </w:tc>
      </w:tr>
      <w:tr w:rsidR="009E3991" w:rsidRPr="001805A0" w14:paraId="18006277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59F09F" w14:textId="6D87D190" w:rsidR="009E3991" w:rsidRPr="001805A0" w:rsidRDefault="009E3991" w:rsidP="004A017D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>Award</w:t>
            </w:r>
            <w:r w:rsidR="00B61CA7">
              <w:rPr>
                <w:b/>
                <w:sz w:val="22"/>
              </w:rPr>
              <w:t>s</w:t>
            </w:r>
            <w:r w:rsidRPr="001805A0">
              <w:rPr>
                <w:b/>
                <w:sz w:val="22"/>
              </w:rPr>
              <w:t xml:space="preserve"> Ceremony in Singapore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70E4A5" w14:textId="77777777" w:rsidR="009E3991" w:rsidRPr="001805A0" w:rsidRDefault="009E3991" w:rsidP="004A017D">
            <w:pPr>
              <w:spacing w:after="0" w:line="240" w:lineRule="auto"/>
            </w:pPr>
          </w:p>
        </w:tc>
      </w:tr>
      <w:tr w:rsidR="009E3991" w:rsidRPr="001805A0" w14:paraId="49CA223E" w14:textId="77777777" w:rsidTr="00B2542F">
        <w:trPr>
          <w:jc w:val="center"/>
        </w:trPr>
        <w:tc>
          <w:tcPr>
            <w:tcW w:w="442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615EA1" w14:textId="177AF681" w:rsidR="009E3991" w:rsidRPr="001805A0" w:rsidRDefault="00C52087" w:rsidP="008F7564">
            <w:pPr>
              <w:spacing w:after="0" w:line="240" w:lineRule="auto"/>
              <w:jc w:val="both"/>
              <w:rPr>
                <w:sz w:val="22"/>
              </w:rPr>
            </w:pPr>
            <w:r w:rsidRPr="001805A0">
              <w:rPr>
                <w:b/>
                <w:bCs/>
                <w:sz w:val="22"/>
                <w:lang w:val="uk-UA"/>
              </w:rPr>
              <w:t>1.11</w:t>
            </w:r>
            <w:r w:rsidRPr="001805A0">
              <w:rPr>
                <w:sz w:val="22"/>
                <w:lang w:val="uk-UA"/>
              </w:rPr>
              <w:t xml:space="preserve"> </w:t>
            </w:r>
            <w:r w:rsidR="009E3991" w:rsidRPr="001805A0">
              <w:rPr>
                <w:sz w:val="22"/>
              </w:rPr>
              <w:t xml:space="preserve">If your company is selected for recognition, would a representative be interested in attending the </w:t>
            </w:r>
            <w:r w:rsidR="008F7564" w:rsidRPr="001805A0">
              <w:rPr>
                <w:sz w:val="22"/>
              </w:rPr>
              <w:t>GEN</w:t>
            </w:r>
            <w:r w:rsidR="009E3991" w:rsidRPr="001805A0">
              <w:rPr>
                <w:sz w:val="22"/>
              </w:rPr>
              <w:t xml:space="preserve">  </w:t>
            </w:r>
            <w:r w:rsidR="008F7564" w:rsidRPr="001805A0">
              <w:rPr>
                <w:sz w:val="22"/>
              </w:rPr>
              <w:t>Award Ceremony in Singapore on 27 October 2026</w:t>
            </w:r>
          </w:p>
        </w:tc>
        <w:tc>
          <w:tcPr>
            <w:tcW w:w="592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F30F1F" w14:textId="568B729D" w:rsidR="009E3991" w:rsidRPr="001805A0" w:rsidRDefault="009E3991" w:rsidP="004A017D">
            <w:pPr>
              <w:spacing w:after="0" w:line="240" w:lineRule="auto"/>
              <w:rPr>
                <w:sz w:val="22"/>
              </w:rPr>
            </w:pPr>
            <w:r w:rsidRPr="001805A0">
              <w:rPr>
                <w:rFonts w:ascii="Segoe UI Symbol" w:hAnsi="Segoe UI Symbol" w:cs="Segoe UI Symbol"/>
                <w:b/>
                <w:bCs/>
                <w:sz w:val="22"/>
              </w:rPr>
              <w:t>☐</w:t>
            </w:r>
            <w:r w:rsidRPr="001805A0">
              <w:rPr>
                <w:b/>
                <w:bCs/>
                <w:sz w:val="22"/>
              </w:rPr>
              <w:t xml:space="preserve"> Yes</w:t>
            </w:r>
            <w:r w:rsidR="002E1A8B" w:rsidRPr="001805A0">
              <w:rPr>
                <w:b/>
                <w:bCs/>
                <w:sz w:val="22"/>
                <w:lang w:val="ru-RU"/>
              </w:rPr>
              <w:t xml:space="preserve">, </w:t>
            </w:r>
            <w:proofErr w:type="spellStart"/>
            <w:r w:rsidR="002E1A8B" w:rsidRPr="001805A0">
              <w:rPr>
                <w:b/>
                <w:bCs/>
                <w:sz w:val="22"/>
                <w:lang w:val="ru-RU"/>
              </w:rPr>
              <w:t>if</w:t>
            </w:r>
            <w:proofErr w:type="spellEnd"/>
            <w:r w:rsidR="002E1A8B" w:rsidRPr="001805A0">
              <w:rPr>
                <w:b/>
                <w:bCs/>
                <w:sz w:val="22"/>
                <w:lang w:val="ru-RU"/>
              </w:rPr>
              <w:t xml:space="preserve"> selected</w:t>
            </w:r>
            <w:r w:rsidRPr="001805A0">
              <w:rPr>
                <w:sz w:val="22"/>
              </w:rPr>
              <w:t xml:space="preserve"> 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No 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Not confirmed yet</w:t>
            </w:r>
          </w:p>
          <w:p w14:paraId="4DA07150" w14:textId="77777777" w:rsidR="002E1A8B" w:rsidRPr="001805A0" w:rsidRDefault="002E1A8B" w:rsidP="004A017D">
            <w:pPr>
              <w:spacing w:after="0" w:line="240" w:lineRule="auto"/>
            </w:pPr>
          </w:p>
          <w:p w14:paraId="2778365C" w14:textId="5B21163D" w:rsidR="002E1A8B" w:rsidRPr="001805A0" w:rsidRDefault="002E1A8B" w:rsidP="004A017D">
            <w:pPr>
              <w:spacing w:after="0" w:line="240" w:lineRule="auto"/>
            </w:pP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Yes, planning to attend / registered </w:t>
            </w:r>
            <w:r w:rsidR="00B2542F" w:rsidRPr="001805A0">
              <w:rPr>
                <w:sz w:val="22"/>
              </w:rPr>
              <w:t>for the AGM</w:t>
            </w:r>
          </w:p>
        </w:tc>
      </w:tr>
    </w:tbl>
    <w:p w14:paraId="6B728D67" w14:textId="3763678D" w:rsidR="009E3991" w:rsidRPr="001805A0" w:rsidRDefault="009E3991" w:rsidP="009E3991">
      <w:pPr>
        <w:spacing w:before="80" w:after="40"/>
      </w:pPr>
    </w:p>
    <w:p w14:paraId="6F8D04B2" w14:textId="0A749338" w:rsidR="009E3991" w:rsidRPr="001805A0" w:rsidRDefault="009E3991">
      <w:pPr>
        <w:spacing w:before="80" w:after="40"/>
        <w:rPr>
          <w:b/>
          <w:sz w:val="22"/>
        </w:rPr>
        <w:sectPr w:rsidR="009E3991" w:rsidRPr="001805A0" w:rsidSect="00124D72">
          <w:headerReference w:type="default" r:id="rId8"/>
          <w:footerReference w:type="default" r:id="rId9"/>
          <w:pgSz w:w="12240" w:h="15840"/>
          <w:pgMar w:top="288" w:right="979" w:bottom="835" w:left="979" w:header="568" w:footer="720" w:gutter="0"/>
          <w:cols w:space="720"/>
          <w:docGrid w:linePitch="360"/>
        </w:sectPr>
      </w:pPr>
    </w:p>
    <w:p w14:paraId="6F652458" w14:textId="77777777" w:rsidR="009E3991" w:rsidRPr="001805A0" w:rsidRDefault="009E399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</w:p>
    <w:p w14:paraId="754AF356" w14:textId="7F0A745F" w:rsidR="004A22F2" w:rsidRPr="001805A0" w:rsidRDefault="00F60BC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  <w:r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>Section 2. Business Case</w:t>
      </w:r>
      <w:r w:rsidR="006748A6"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  <w:lang w:val="ru-RU"/>
        </w:rPr>
        <w:t xml:space="preserve">. </w:t>
      </w:r>
      <w:r w:rsidR="006748A6"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>General information</w:t>
      </w:r>
    </w:p>
    <w:p w14:paraId="4F1F6A4E" w14:textId="77777777" w:rsidR="00AA27EF" w:rsidRPr="001805A0" w:rsidRDefault="00AA27EF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</w:p>
    <w:tbl>
      <w:tblPr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0089"/>
      </w:tblGrid>
      <w:tr w:rsidR="004A22F2" w:rsidRPr="001805A0" w14:paraId="03E4BB45" w14:textId="77777777" w:rsidTr="000C5CEF">
        <w:trPr>
          <w:trHeight w:val="512"/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8625ED" w14:textId="77777777" w:rsidR="00470F77" w:rsidRPr="001805A0" w:rsidRDefault="00F60BC1" w:rsidP="000C5CEF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 xml:space="preserve">2.1  </w:t>
            </w:r>
            <w:r w:rsidRPr="001805A0">
              <w:rPr>
                <w:b/>
                <w:bCs/>
                <w:sz w:val="22"/>
              </w:rPr>
              <w:t>Case title.</w:t>
            </w:r>
            <w:r w:rsidRPr="001805A0">
              <w:rPr>
                <w:sz w:val="22"/>
              </w:rPr>
              <w:t xml:space="preserve"> </w:t>
            </w:r>
          </w:p>
          <w:p w14:paraId="57661FF4" w14:textId="7392B066" w:rsidR="004A22F2" w:rsidRPr="001805A0" w:rsidRDefault="00F60BC1" w:rsidP="000C5CEF">
            <w:pPr>
              <w:spacing w:after="0" w:line="240" w:lineRule="auto"/>
              <w:rPr>
                <w:i/>
                <w:iCs/>
              </w:rPr>
            </w:pPr>
            <w:r w:rsidRPr="001805A0">
              <w:rPr>
                <w:i/>
                <w:iCs/>
                <w:sz w:val="22"/>
              </w:rPr>
              <w:t>Provide a short title for your business case. For example: “</w:t>
            </w:r>
            <w:proofErr w:type="spellStart"/>
            <w:r w:rsidRPr="001805A0">
              <w:rPr>
                <w:i/>
                <w:iCs/>
                <w:sz w:val="22"/>
              </w:rPr>
              <w:t>Ecolabelled</w:t>
            </w:r>
            <w:proofErr w:type="spellEnd"/>
            <w:r w:rsidRPr="001805A0">
              <w:rPr>
                <w:i/>
                <w:iCs/>
                <w:sz w:val="22"/>
              </w:rPr>
              <w:t xml:space="preserve"> products in digital retail” or “Using ecolabels to enter new markets”.</w:t>
            </w:r>
          </w:p>
        </w:tc>
      </w:tr>
      <w:tr w:rsidR="004A22F2" w:rsidRPr="001805A0" w14:paraId="50D5AD54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1018E" w14:textId="76AA5516" w:rsidR="004A22F2" w:rsidRPr="001805A0" w:rsidRDefault="004A22F2" w:rsidP="000C5CEF">
            <w:pPr>
              <w:spacing w:after="0" w:line="240" w:lineRule="auto"/>
            </w:pPr>
          </w:p>
        </w:tc>
      </w:tr>
      <w:tr w:rsidR="004A22F2" w:rsidRPr="001805A0" w14:paraId="085018E3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26773A" w14:textId="77777777" w:rsidR="00EA0902" w:rsidRPr="001805A0" w:rsidRDefault="00F60BC1" w:rsidP="00EA0902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 xml:space="preserve">2.2  </w:t>
            </w:r>
            <w:r w:rsidR="00EA0902" w:rsidRPr="001805A0">
              <w:rPr>
                <w:b/>
                <w:bCs/>
                <w:sz w:val="22"/>
              </w:rPr>
              <w:t>Brief case summary (approx. 150 words).</w:t>
            </w:r>
            <w:r w:rsidR="00EA0902" w:rsidRPr="001805A0">
              <w:rPr>
                <w:sz w:val="22"/>
              </w:rPr>
              <w:t xml:space="preserve"> </w:t>
            </w:r>
          </w:p>
          <w:p w14:paraId="3BC763C6" w14:textId="046BDF2A" w:rsidR="00EA0902" w:rsidRPr="001805A0" w:rsidRDefault="00EA0902" w:rsidP="00EA0902">
            <w:pPr>
              <w:spacing w:after="0" w:line="240" w:lineRule="auto"/>
              <w:rPr>
                <w:i/>
                <w:iCs/>
              </w:rPr>
            </w:pPr>
            <w:r w:rsidRPr="001805A0">
              <w:rPr>
                <w:i/>
                <w:iCs/>
                <w:sz w:val="22"/>
              </w:rPr>
              <w:t>Please provide a concise overview of the case, including purpose, target audience, main activities and results</w:t>
            </w:r>
            <w:r w:rsidRPr="001805A0">
              <w:rPr>
                <w:i/>
                <w:iCs/>
                <w:sz w:val="22"/>
                <w:lang w:val="ru-RU"/>
              </w:rPr>
              <w:t xml:space="preserve"> </w:t>
            </w:r>
          </w:p>
          <w:p w14:paraId="30675C63" w14:textId="6D2174FF" w:rsidR="004A22F2" w:rsidRPr="001805A0" w:rsidRDefault="004A22F2" w:rsidP="000C5CEF">
            <w:pPr>
              <w:spacing w:after="0" w:line="240" w:lineRule="auto"/>
              <w:rPr>
                <w:i/>
                <w:iCs/>
              </w:rPr>
            </w:pPr>
          </w:p>
        </w:tc>
      </w:tr>
      <w:tr w:rsidR="004A22F2" w:rsidRPr="001805A0" w14:paraId="793955E1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7648E" w14:textId="7ECD18FB" w:rsidR="004A22F2" w:rsidRPr="001805A0" w:rsidRDefault="004A22F2" w:rsidP="000C5CEF">
            <w:pPr>
              <w:spacing w:after="0" w:line="240" w:lineRule="auto"/>
            </w:pPr>
          </w:p>
        </w:tc>
      </w:tr>
      <w:tr w:rsidR="004A22F2" w:rsidRPr="001805A0" w14:paraId="532A1490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D0328" w14:textId="77777777" w:rsidR="00EA0902" w:rsidRPr="001805A0" w:rsidRDefault="00F60BC1" w:rsidP="00EA0902">
            <w:pPr>
              <w:spacing w:after="0" w:line="240" w:lineRule="auto"/>
              <w:rPr>
                <w:b/>
                <w:bCs/>
                <w:sz w:val="22"/>
              </w:rPr>
            </w:pPr>
            <w:r w:rsidRPr="001805A0">
              <w:rPr>
                <w:b/>
                <w:sz w:val="22"/>
              </w:rPr>
              <w:t xml:space="preserve">2.3  </w:t>
            </w:r>
            <w:r w:rsidR="00EA0902" w:rsidRPr="001805A0">
              <w:rPr>
                <w:b/>
                <w:bCs/>
                <w:sz w:val="22"/>
              </w:rPr>
              <w:t xml:space="preserve">Implementation period. </w:t>
            </w:r>
          </w:p>
          <w:p w14:paraId="27A07EB8" w14:textId="30A09168" w:rsidR="004A22F2" w:rsidRPr="001805A0" w:rsidRDefault="00EA0902" w:rsidP="00EA0902">
            <w:pPr>
              <w:spacing w:after="0" w:line="240" w:lineRule="auto"/>
              <w:rPr>
                <w:i/>
                <w:iCs/>
                <w:lang w:val="ru-RU"/>
              </w:rPr>
            </w:pPr>
            <w:r w:rsidRPr="001805A0">
              <w:rPr>
                <w:i/>
                <w:iCs/>
                <w:sz w:val="22"/>
              </w:rPr>
              <w:t>Indicate the start date, end date or ongoing status, and key milestones.</w:t>
            </w:r>
          </w:p>
        </w:tc>
      </w:tr>
      <w:tr w:rsidR="004A22F2" w:rsidRPr="001805A0" w14:paraId="5A60433A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3A93D" w14:textId="63C88F0D" w:rsidR="004A22F2" w:rsidRPr="001805A0" w:rsidRDefault="004A22F2" w:rsidP="000C5CEF">
            <w:pPr>
              <w:spacing w:after="0" w:line="240" w:lineRule="auto"/>
            </w:pPr>
          </w:p>
        </w:tc>
      </w:tr>
      <w:tr w:rsidR="004A22F2" w:rsidRPr="001805A0" w14:paraId="2CF9E63C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409A7C" w14:textId="032C7168" w:rsidR="00470F77" w:rsidRPr="001805A0" w:rsidRDefault="00F60BC1" w:rsidP="000C5CEF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 xml:space="preserve">2.4  </w:t>
            </w:r>
            <w:r w:rsidRPr="001805A0">
              <w:rPr>
                <w:b/>
                <w:bCs/>
                <w:sz w:val="22"/>
              </w:rPr>
              <w:t>Main image</w:t>
            </w:r>
          </w:p>
          <w:p w14:paraId="39FFFF82" w14:textId="2807B9A7" w:rsidR="004A22F2" w:rsidRPr="001805A0" w:rsidRDefault="00EA0902" w:rsidP="00470F77">
            <w:pPr>
              <w:spacing w:after="0" w:line="240" w:lineRule="auto"/>
              <w:jc w:val="both"/>
              <w:rPr>
                <w:i/>
                <w:iCs/>
              </w:rPr>
            </w:pPr>
            <w:r w:rsidRPr="001805A0">
              <w:rPr>
                <w:i/>
                <w:iCs/>
                <w:sz w:val="22"/>
              </w:rPr>
              <w:t>Please provide a file or a link to one good-quality photo that best represents the case.</w:t>
            </w:r>
          </w:p>
        </w:tc>
      </w:tr>
      <w:tr w:rsidR="004A22F2" w:rsidRPr="001805A0" w14:paraId="16756D3F" w14:textId="77777777" w:rsidTr="000C5CEF">
        <w:trPr>
          <w:jc w:val="center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254A1" w14:textId="3CB06AAB" w:rsidR="004A22F2" w:rsidRPr="001805A0" w:rsidRDefault="004A22F2" w:rsidP="000C5CEF">
            <w:pPr>
              <w:spacing w:after="0" w:line="240" w:lineRule="auto"/>
            </w:pPr>
          </w:p>
        </w:tc>
      </w:tr>
    </w:tbl>
    <w:p w14:paraId="255D66C7" w14:textId="77777777" w:rsidR="000C5CEF" w:rsidRPr="001805A0" w:rsidRDefault="000C5CEF">
      <w:pPr>
        <w:spacing w:before="80" w:after="40"/>
        <w:rPr>
          <w:b/>
          <w:sz w:val="22"/>
        </w:rPr>
      </w:pPr>
    </w:p>
    <w:p w14:paraId="31ECCBAD" w14:textId="5A5CA2D5" w:rsidR="004A22F2" w:rsidRPr="001805A0" w:rsidRDefault="00F60BC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  <w:r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>Section 3. Leader in Sustainable Trade</w:t>
      </w:r>
    </w:p>
    <w:p w14:paraId="4214BC58" w14:textId="77777777" w:rsidR="003D5D9D" w:rsidRPr="001805A0" w:rsidRDefault="003D5D9D" w:rsidP="00AA27EF">
      <w:pPr>
        <w:spacing w:after="0" w:line="240" w:lineRule="auto"/>
        <w:jc w:val="both"/>
        <w:rPr>
          <w:rFonts w:eastAsia="Times New Roman" w:cs="Arial"/>
          <w:sz w:val="22"/>
          <w:lang w:eastAsia="uk-UA"/>
        </w:rPr>
      </w:pPr>
    </w:p>
    <w:p w14:paraId="5F64D8D7" w14:textId="5B0757C1" w:rsidR="00AA27EF" w:rsidRPr="001805A0" w:rsidRDefault="00AA27EF" w:rsidP="00AA27EF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  <w:r w:rsidRPr="001805A0">
        <w:rPr>
          <w:rFonts w:eastAsia="Times New Roman" w:cs="Arial"/>
          <w:sz w:val="22"/>
          <w:lang w:eastAsia="uk-UA"/>
        </w:rPr>
        <w:t xml:space="preserve"> </w:t>
      </w:r>
      <w:r w:rsidR="0097742E" w:rsidRPr="001805A0">
        <w:rPr>
          <w:rFonts w:eastAsia="Times New Roman" w:cs="Arial"/>
          <w:sz w:val="22"/>
          <w:lang w:eastAsia="uk-UA"/>
        </w:rPr>
        <w:t>If needed, you may present your case as a coherent story rather than follow the table strictly, especially to avoid repetition. If you choose this format, please make sure your story covers all the questions below</w:t>
      </w:r>
      <w:r w:rsidR="002A5AAC" w:rsidRPr="001805A0">
        <w:rPr>
          <w:rFonts w:eastAsia="Times New Roman" w:cs="Arial"/>
          <w:sz w:val="22"/>
          <w:lang w:eastAsia="uk-UA"/>
        </w:rPr>
        <w:t xml:space="preserve">. </w:t>
      </w:r>
    </w:p>
    <w:p w14:paraId="0D83BE54" w14:textId="77777777" w:rsidR="002A5AAC" w:rsidRPr="001805A0" w:rsidRDefault="002A5AAC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</w:p>
    <w:p w14:paraId="29546D26" w14:textId="12295F5B" w:rsidR="004A22F2" w:rsidRPr="001805A0" w:rsidRDefault="002A5AAC">
      <w:pPr>
        <w:spacing w:before="80" w:after="40"/>
      </w:pPr>
      <w:r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 xml:space="preserve"> </w:t>
      </w:r>
      <w:r w:rsidR="00F60BC1"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t>Digital Trade and Ecolabelling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4A22F2" w:rsidRPr="001805A0" w14:paraId="47197B3B" w14:textId="77777777" w:rsidTr="00C52087">
        <w:trPr>
          <w:trHeight w:val="881"/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3162D" w14:textId="3065713E" w:rsidR="00AA27EF" w:rsidRPr="001805A0" w:rsidRDefault="00AA27EF" w:rsidP="00AA27EF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bCs/>
                <w:sz w:val="22"/>
              </w:rPr>
              <w:t>3.1  How does the company use ecolabels to support export, market access,</w:t>
            </w:r>
            <w:r w:rsidR="00BE3335" w:rsidRPr="001805A0">
              <w:rPr>
                <w:b/>
                <w:bCs/>
                <w:sz w:val="22"/>
                <w:lang w:val="ru-RU"/>
              </w:rPr>
              <w:t xml:space="preserve"> </w:t>
            </w:r>
            <w:r w:rsidR="00BE3335" w:rsidRPr="001805A0">
              <w:rPr>
                <w:b/>
                <w:bCs/>
                <w:sz w:val="22"/>
              </w:rPr>
              <w:t xml:space="preserve"> business development</w:t>
            </w:r>
            <w:r w:rsidR="00BE3335" w:rsidRPr="001805A0">
              <w:rPr>
                <w:b/>
                <w:bCs/>
                <w:sz w:val="22"/>
                <w:lang w:val="ru-RU"/>
              </w:rPr>
              <w:t xml:space="preserve"> </w:t>
            </w:r>
            <w:r w:rsidRPr="001805A0">
              <w:rPr>
                <w:b/>
                <w:bCs/>
                <w:sz w:val="22"/>
              </w:rPr>
              <w:t>or international trade?</w:t>
            </w:r>
            <w:r w:rsidRPr="001805A0">
              <w:rPr>
                <w:sz w:val="22"/>
              </w:rPr>
              <w:t xml:space="preserve">  </w:t>
            </w:r>
          </w:p>
          <w:p w14:paraId="26EC021B" w14:textId="5A550691" w:rsidR="004A22F2" w:rsidRPr="001805A0" w:rsidRDefault="00BE3335" w:rsidP="00BE3335">
            <w:pPr>
              <w:spacing w:after="0" w:line="240" w:lineRule="auto"/>
              <w:jc w:val="both"/>
            </w:pPr>
            <w:r w:rsidRPr="001805A0">
              <w:rPr>
                <w:i/>
                <w:iCs/>
                <w:sz w:val="22"/>
              </w:rPr>
              <w:t>Explain how ecolabels support export opportunities, market entry, customer trust, product differentiation, business credibility or other trade opportunities.</w:t>
            </w:r>
          </w:p>
        </w:tc>
      </w:tr>
      <w:tr w:rsidR="004A22F2" w:rsidRPr="001805A0" w14:paraId="14FD6D5A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973D4" w14:textId="061509B2" w:rsidR="004A22F2" w:rsidRPr="001805A0" w:rsidRDefault="004A22F2" w:rsidP="00AA27EF">
            <w:pPr>
              <w:spacing w:after="0" w:line="240" w:lineRule="auto"/>
            </w:pPr>
          </w:p>
        </w:tc>
      </w:tr>
      <w:tr w:rsidR="004A22F2" w:rsidRPr="001805A0" w14:paraId="3DE291E4" w14:textId="77777777" w:rsidTr="00913E5A">
        <w:trPr>
          <w:trHeight w:val="407"/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8C74C" w14:textId="4D8BC36A" w:rsidR="004A22F2" w:rsidRPr="001805A0" w:rsidRDefault="00AA27EF" w:rsidP="00AA27EF">
            <w:pPr>
              <w:spacing w:after="0" w:line="240" w:lineRule="auto"/>
            </w:pPr>
            <w:r w:rsidRPr="001805A0">
              <w:rPr>
                <w:b/>
                <w:sz w:val="22"/>
              </w:rPr>
              <w:t>3.2</w:t>
            </w:r>
            <w:r w:rsidR="00F60BC1" w:rsidRPr="001805A0">
              <w:rPr>
                <w:b/>
                <w:sz w:val="22"/>
              </w:rPr>
              <w:t xml:space="preserve">  </w:t>
            </w:r>
            <w:r w:rsidRPr="001805A0">
              <w:rPr>
                <w:b/>
                <w:bCs/>
                <w:sz w:val="22"/>
              </w:rPr>
              <w:t>How are ecolabels integrated into digital sales channels or customer-facing information?</w:t>
            </w:r>
          </w:p>
        </w:tc>
      </w:tr>
      <w:tr w:rsidR="004A22F2" w:rsidRPr="001805A0" w14:paraId="7EE3B463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3A528" w14:textId="523FD664" w:rsidR="004A22F2" w:rsidRPr="001805A0" w:rsidRDefault="00987B5B" w:rsidP="00AA27EF">
            <w:pPr>
              <w:spacing w:after="0" w:line="240" w:lineRule="auto"/>
              <w:rPr>
                <w:sz w:val="22"/>
              </w:rPr>
            </w:pP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E-commerce page</w:t>
            </w:r>
            <w:r w:rsidRPr="001805A0">
              <w:rPr>
                <w:sz w:val="22"/>
                <w:lang w:val="ru-RU"/>
              </w:rPr>
              <w:t xml:space="preserve">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Marketplace listing</w:t>
            </w:r>
            <w:r w:rsidRPr="001805A0">
              <w:rPr>
                <w:sz w:val="22"/>
                <w:lang w:val="ru-RU"/>
              </w:rPr>
              <w:t xml:space="preserve">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QR code</w:t>
            </w:r>
            <w:r w:rsidRPr="001805A0">
              <w:rPr>
                <w:sz w:val="22"/>
              </w:rPr>
              <w:br/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Digital Product Passport</w:t>
            </w:r>
            <w:r w:rsidRPr="001805A0">
              <w:rPr>
                <w:sz w:val="22"/>
                <w:lang w:val="ru-RU"/>
              </w:rPr>
              <w:t xml:space="preserve">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Digital catalogue</w:t>
            </w:r>
            <w:r w:rsidRPr="001805A0">
              <w:rPr>
                <w:sz w:val="22"/>
                <w:lang w:val="ru-RU"/>
              </w:rPr>
              <w:t xml:space="preserve">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Retail platform/filter</w:t>
            </w:r>
            <w:r w:rsidRPr="001805A0">
              <w:rPr>
                <w:sz w:val="22"/>
              </w:rPr>
              <w:br/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Other: ______</w:t>
            </w:r>
          </w:p>
        </w:tc>
      </w:tr>
      <w:tr w:rsidR="004A22F2" w:rsidRPr="001805A0" w14:paraId="1E35FA3B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102D1" w14:textId="1B221B38" w:rsidR="00C01BF1" w:rsidRPr="001805A0" w:rsidRDefault="00C01BF1" w:rsidP="00C01BF1">
            <w:pPr>
              <w:spacing w:after="0" w:line="240" w:lineRule="auto"/>
              <w:rPr>
                <w:b/>
                <w:sz w:val="22"/>
              </w:rPr>
            </w:pPr>
            <w:r w:rsidRPr="001805A0">
              <w:rPr>
                <w:b/>
                <w:sz w:val="22"/>
              </w:rPr>
              <w:t xml:space="preserve">3.3  Please explain how the selected digital sales channels or customer-facing tools are used.  </w:t>
            </w:r>
          </w:p>
          <w:p w14:paraId="008C3766" w14:textId="097CD670" w:rsidR="004A22F2" w:rsidRPr="001805A0" w:rsidRDefault="00C01BF1" w:rsidP="00C01BF1">
            <w:pPr>
              <w:spacing w:after="0" w:line="240" w:lineRule="auto"/>
              <w:rPr>
                <w:bCs/>
                <w:i/>
                <w:iCs/>
              </w:rPr>
            </w:pPr>
            <w:r w:rsidRPr="001805A0">
              <w:rPr>
                <w:bCs/>
                <w:i/>
                <w:iCs/>
                <w:sz w:val="22"/>
              </w:rPr>
              <w:t>Describe how customers, buyers, platforms, or trade partners access or verify ecolabel information.</w:t>
            </w:r>
          </w:p>
        </w:tc>
      </w:tr>
      <w:tr w:rsidR="004A22F2" w:rsidRPr="001805A0" w14:paraId="3E523E39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161B0" w14:textId="77777777" w:rsidR="004A22F2" w:rsidRPr="001805A0" w:rsidRDefault="004A22F2" w:rsidP="00AA27EF">
            <w:pPr>
              <w:spacing w:after="0" w:line="240" w:lineRule="auto"/>
            </w:pPr>
          </w:p>
          <w:p w14:paraId="3C81D400" w14:textId="77777777" w:rsidR="00C52087" w:rsidRPr="001805A0" w:rsidRDefault="00C52087" w:rsidP="00AA27EF">
            <w:pPr>
              <w:spacing w:after="0" w:line="240" w:lineRule="auto"/>
            </w:pPr>
          </w:p>
          <w:p w14:paraId="17CD696D" w14:textId="0DBD9174" w:rsidR="00C52087" w:rsidRPr="001805A0" w:rsidRDefault="00C52087" w:rsidP="00AA27EF">
            <w:pPr>
              <w:spacing w:after="0" w:line="240" w:lineRule="auto"/>
            </w:pPr>
          </w:p>
        </w:tc>
      </w:tr>
      <w:tr w:rsidR="004A22F2" w:rsidRPr="001805A0" w14:paraId="03D1E432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E7E94" w14:textId="6527B552" w:rsidR="00C01BF1" w:rsidRPr="001805A0" w:rsidRDefault="00C52087" w:rsidP="00AA27EF">
            <w:pPr>
              <w:spacing w:after="0" w:line="240" w:lineRule="auto"/>
              <w:rPr>
                <w:b/>
                <w:sz w:val="22"/>
              </w:rPr>
            </w:pPr>
            <w:r w:rsidRPr="001805A0">
              <w:rPr>
                <w:b/>
                <w:sz w:val="22"/>
                <w:lang w:val="uk-UA"/>
              </w:rPr>
              <w:lastRenderedPageBreak/>
              <w:t>3</w:t>
            </w:r>
            <w:r w:rsidR="00F60BC1" w:rsidRPr="001805A0">
              <w:rPr>
                <w:b/>
                <w:sz w:val="22"/>
              </w:rPr>
              <w:t xml:space="preserve">.4  </w:t>
            </w:r>
            <w:r w:rsidR="00C01BF1" w:rsidRPr="001805A0">
              <w:rPr>
                <w:b/>
                <w:sz w:val="22"/>
              </w:rPr>
              <w:t xml:space="preserve"> What business, market, environmental, or consumer trust results have been achieved?  </w:t>
            </w:r>
          </w:p>
          <w:p w14:paraId="7429D4B4" w14:textId="5577B102" w:rsidR="004A22F2" w:rsidRPr="001805A0" w:rsidRDefault="00C01BF1" w:rsidP="00AA27EF">
            <w:pPr>
              <w:spacing w:after="0" w:line="240" w:lineRule="auto"/>
              <w:rPr>
                <w:bCs/>
              </w:rPr>
            </w:pPr>
            <w:r w:rsidRPr="001805A0">
              <w:rPr>
                <w:bCs/>
                <w:i/>
                <w:iCs/>
                <w:sz w:val="22"/>
              </w:rPr>
              <w:t>Provide evidence such as export growth, sales growth, market expansion, customer engagement, verified sustainability claims, reduced greenwashing risk, or environmental benefits.</w:t>
            </w:r>
          </w:p>
        </w:tc>
      </w:tr>
      <w:tr w:rsidR="004A22F2" w:rsidRPr="001805A0" w14:paraId="0317A849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C0DBC" w14:textId="76FB1DF2" w:rsidR="004A22F2" w:rsidRPr="001805A0" w:rsidRDefault="004A22F2" w:rsidP="00AA27EF">
            <w:pPr>
              <w:spacing w:after="0" w:line="240" w:lineRule="auto"/>
            </w:pPr>
          </w:p>
        </w:tc>
      </w:tr>
      <w:tr w:rsidR="004A22F2" w:rsidRPr="001805A0" w14:paraId="33CF4DB5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15E39" w14:textId="5E16F790" w:rsidR="004A22F2" w:rsidRPr="001805A0" w:rsidRDefault="00C52087" w:rsidP="00AA27EF">
            <w:pPr>
              <w:spacing w:after="0" w:line="240" w:lineRule="auto"/>
              <w:rPr>
                <w:sz w:val="22"/>
              </w:rPr>
            </w:pPr>
            <w:bookmarkStart w:id="1" w:name="_Hlk237958213"/>
            <w:r w:rsidRPr="001805A0">
              <w:rPr>
                <w:b/>
                <w:sz w:val="22"/>
                <w:lang w:val="uk-UA"/>
              </w:rPr>
              <w:t>3</w:t>
            </w:r>
            <w:r w:rsidR="00F60BC1" w:rsidRPr="001805A0">
              <w:rPr>
                <w:b/>
                <w:sz w:val="22"/>
              </w:rPr>
              <w:t xml:space="preserve">.5  </w:t>
            </w:r>
            <w:r w:rsidR="00C01BF1" w:rsidRPr="001805A0">
              <w:rPr>
                <w:b/>
                <w:bCs/>
                <w:sz w:val="22"/>
              </w:rPr>
              <w:t>How does the company ensure credibility and avoid misleading green claims?</w:t>
            </w:r>
            <w:r w:rsidR="00C01BF1" w:rsidRPr="001805A0">
              <w:rPr>
                <w:sz w:val="22"/>
              </w:rPr>
              <w:t xml:space="preserve"> </w:t>
            </w:r>
          </w:p>
          <w:p w14:paraId="3D9FBAD5" w14:textId="0BB8BACD" w:rsidR="00C01BF1" w:rsidRPr="001805A0" w:rsidRDefault="00C01BF1" w:rsidP="00AA27EF">
            <w:pPr>
              <w:spacing w:after="0" w:line="240" w:lineRule="auto"/>
            </w:pPr>
            <w:r w:rsidRPr="001805A0">
              <w:rPr>
                <w:i/>
                <w:iCs/>
                <w:sz w:val="22"/>
              </w:rPr>
              <w:t>Describe verification processes, certification evidence, claim substantiation, internal controls, third-party audits, or alignment with recognised ecolabel standards.</w:t>
            </w:r>
          </w:p>
        </w:tc>
      </w:tr>
      <w:bookmarkEnd w:id="1"/>
      <w:tr w:rsidR="009E3991" w:rsidRPr="001805A0" w14:paraId="4CBF6216" w14:textId="77777777" w:rsidTr="009E399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2017A" w14:textId="26BE659A" w:rsidR="009E3991" w:rsidRPr="001805A0" w:rsidRDefault="009E3991" w:rsidP="00AA27EF">
            <w:pPr>
              <w:spacing w:after="0" w:line="240" w:lineRule="auto"/>
            </w:pPr>
          </w:p>
        </w:tc>
      </w:tr>
      <w:tr w:rsidR="009E3991" w:rsidRPr="001805A0" w14:paraId="55CE26BC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C2B80" w14:textId="19E7C673" w:rsidR="009E3991" w:rsidRPr="001805A0" w:rsidRDefault="00C52087" w:rsidP="00AA27EF">
            <w:pPr>
              <w:spacing w:after="0" w:line="240" w:lineRule="auto"/>
              <w:rPr>
                <w:b/>
                <w:bCs/>
                <w:sz w:val="22"/>
              </w:rPr>
            </w:pPr>
            <w:r w:rsidRPr="001805A0">
              <w:rPr>
                <w:b/>
                <w:bCs/>
                <w:sz w:val="22"/>
                <w:lang w:val="uk-UA"/>
              </w:rPr>
              <w:t xml:space="preserve">3.6 </w:t>
            </w:r>
            <w:r w:rsidR="0079254E" w:rsidRPr="001805A0">
              <w:rPr>
                <w:b/>
                <w:bCs/>
                <w:sz w:val="22"/>
              </w:rPr>
              <w:t xml:space="preserve">Has the company collaborated with ecolabelling programs, marketplaces, government agencies, retailers, or trade partners?  </w:t>
            </w:r>
          </w:p>
          <w:p w14:paraId="1312DDA8" w14:textId="2555A506" w:rsidR="0079254E" w:rsidRPr="001805A0" w:rsidRDefault="0079254E" w:rsidP="00AA27EF">
            <w:pPr>
              <w:spacing w:after="0" w:line="240" w:lineRule="auto"/>
            </w:pPr>
          </w:p>
        </w:tc>
      </w:tr>
      <w:tr w:rsidR="009E3991" w:rsidRPr="001805A0" w14:paraId="7B28CFFC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B0D6AF" w14:textId="61A8A57A" w:rsidR="009E3991" w:rsidRPr="001805A0" w:rsidRDefault="0079254E" w:rsidP="00AA27EF">
            <w:pPr>
              <w:spacing w:after="0" w:line="240" w:lineRule="auto"/>
              <w:rPr>
                <w:sz w:val="22"/>
              </w:rPr>
            </w:pP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Yes  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No    </w:t>
            </w:r>
            <w:r w:rsidRPr="001805A0">
              <w:rPr>
                <w:rFonts w:ascii="Segoe UI Symbol" w:hAnsi="Segoe UI Symbol" w:cs="Segoe UI Symbol"/>
                <w:sz w:val="22"/>
              </w:rPr>
              <w:t>☐</w:t>
            </w:r>
            <w:r w:rsidRPr="001805A0">
              <w:rPr>
                <w:sz w:val="22"/>
              </w:rPr>
              <w:t xml:space="preserve"> Other: ______________________________</w:t>
            </w:r>
          </w:p>
        </w:tc>
      </w:tr>
      <w:tr w:rsidR="00C01BF1" w:rsidRPr="001805A0" w14:paraId="3E397618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FD2E6" w14:textId="6072F4A3" w:rsidR="00C01BF1" w:rsidRPr="001805A0" w:rsidRDefault="00C52087" w:rsidP="00BC3417">
            <w:pPr>
              <w:spacing w:after="0" w:line="240" w:lineRule="auto"/>
              <w:rPr>
                <w:b/>
                <w:bCs/>
                <w:sz w:val="22"/>
              </w:rPr>
            </w:pPr>
            <w:r w:rsidRPr="001805A0">
              <w:rPr>
                <w:b/>
                <w:bCs/>
                <w:sz w:val="22"/>
                <w:lang w:val="uk-UA"/>
              </w:rPr>
              <w:t xml:space="preserve">3.7 </w:t>
            </w:r>
            <w:r w:rsidR="0079254E" w:rsidRPr="001805A0">
              <w:rPr>
                <w:b/>
                <w:bCs/>
                <w:sz w:val="22"/>
              </w:rPr>
              <w:t>If yes or in progress, please describe the collaboration.</w:t>
            </w:r>
          </w:p>
          <w:p w14:paraId="5F4A3E00" w14:textId="72CEB94D" w:rsidR="0079254E" w:rsidRPr="001805A0" w:rsidRDefault="0079254E" w:rsidP="00BC3417">
            <w:pPr>
              <w:spacing w:after="0" w:line="240" w:lineRule="auto"/>
              <w:rPr>
                <w:b/>
                <w:bCs/>
                <w:i/>
                <w:iCs/>
                <w:sz w:val="22"/>
              </w:rPr>
            </w:pPr>
            <w:r w:rsidRPr="001805A0">
              <w:rPr>
                <w:b/>
                <w:bCs/>
                <w:i/>
                <w:iCs/>
                <w:sz w:val="22"/>
              </w:rPr>
              <w:t>Include names or types of partners, purpose of collaboration, activities, and outcomes.</w:t>
            </w:r>
          </w:p>
        </w:tc>
      </w:tr>
      <w:tr w:rsidR="00C01BF1" w:rsidRPr="001805A0" w14:paraId="30BC6136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4465E" w14:textId="77777777" w:rsidR="00C01BF1" w:rsidRPr="001805A0" w:rsidRDefault="00C01BF1" w:rsidP="00BC3417">
            <w:pPr>
              <w:spacing w:after="0" w:line="240" w:lineRule="auto"/>
              <w:rPr>
                <w:sz w:val="22"/>
              </w:rPr>
            </w:pPr>
          </w:p>
        </w:tc>
      </w:tr>
      <w:tr w:rsidR="00C01763" w:rsidRPr="001805A0" w14:paraId="094EE354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3C30F" w14:textId="6B62829B" w:rsidR="00C01763" w:rsidRPr="001805A0" w:rsidRDefault="00C52087" w:rsidP="00BC3417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  <w:lang w:val="uk-UA"/>
              </w:rPr>
              <w:t>3.8</w:t>
            </w:r>
            <w:r w:rsidR="00C01763" w:rsidRPr="001805A0">
              <w:rPr>
                <w:b/>
                <w:sz w:val="22"/>
              </w:rPr>
              <w:t xml:space="preserve">  </w:t>
            </w:r>
            <w:r w:rsidR="00C01763" w:rsidRPr="001805A0">
              <w:rPr>
                <w:b/>
                <w:bCs/>
                <w:sz w:val="22"/>
              </w:rPr>
              <w:t xml:space="preserve">Other relevant information that supports your </w:t>
            </w:r>
            <w:r w:rsidR="00B0097B" w:rsidRPr="001805A0">
              <w:rPr>
                <w:b/>
                <w:bCs/>
                <w:sz w:val="22"/>
              </w:rPr>
              <w:t>application</w:t>
            </w:r>
            <w:r w:rsidR="00B0097B" w:rsidRPr="001805A0">
              <w:rPr>
                <w:b/>
                <w:bCs/>
                <w:sz w:val="22"/>
                <w:lang w:val="ru-RU"/>
              </w:rPr>
              <w:t xml:space="preserve"> </w:t>
            </w:r>
            <w:r w:rsidR="00C01763" w:rsidRPr="001805A0">
              <w:rPr>
                <w:b/>
                <w:bCs/>
                <w:sz w:val="22"/>
              </w:rPr>
              <w:t>(optional).</w:t>
            </w:r>
          </w:p>
        </w:tc>
      </w:tr>
      <w:tr w:rsidR="00C01763" w:rsidRPr="001805A0" w14:paraId="1FD649E5" w14:textId="77777777" w:rsidTr="00BC3417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3CEEE" w14:textId="77777777" w:rsidR="00C01763" w:rsidRPr="001805A0" w:rsidRDefault="00C01763" w:rsidP="00BC3417">
            <w:pPr>
              <w:spacing w:after="0" w:line="240" w:lineRule="auto"/>
              <w:rPr>
                <w:sz w:val="22"/>
              </w:rPr>
            </w:pPr>
          </w:p>
        </w:tc>
      </w:tr>
    </w:tbl>
    <w:p w14:paraId="643ACE49" w14:textId="77777777" w:rsidR="00523D5E" w:rsidRPr="001805A0" w:rsidRDefault="00523D5E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sectPr w:rsidR="00523D5E" w:rsidRPr="001805A0" w:rsidSect="00034616">
          <w:pgSz w:w="12240" w:h="15840"/>
          <w:pgMar w:top="893" w:right="979" w:bottom="835" w:left="979" w:header="720" w:footer="720" w:gutter="0"/>
          <w:cols w:space="720"/>
          <w:docGrid w:linePitch="360"/>
        </w:sectPr>
      </w:pPr>
    </w:p>
    <w:p w14:paraId="0D77AA60" w14:textId="152FC239" w:rsidR="004A22F2" w:rsidRPr="001805A0" w:rsidRDefault="00F60BC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  <w:r w:rsidRPr="001805A0"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  <w:lastRenderedPageBreak/>
        <w:t>Section 4. Supporting Materials and Consent</w:t>
      </w:r>
    </w:p>
    <w:p w14:paraId="757F8891" w14:textId="77777777" w:rsidR="009E3991" w:rsidRPr="001805A0" w:rsidRDefault="009E3991">
      <w:pPr>
        <w:spacing w:before="80" w:after="40"/>
        <w:rPr>
          <w:rFonts w:asciiTheme="majorHAnsi" w:eastAsiaTheme="majorEastAsia" w:hAnsiTheme="majorHAnsi" w:cstheme="majorBidi"/>
          <w:b/>
          <w:bCs/>
          <w:color w:val="37582D"/>
          <w:sz w:val="26"/>
          <w:szCs w:val="28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831"/>
        <w:gridCol w:w="5760"/>
        <w:gridCol w:w="36"/>
      </w:tblGrid>
      <w:tr w:rsidR="004A22F2" w:rsidRPr="001805A0" w14:paraId="3A5E29DC" w14:textId="77777777" w:rsidTr="00523D5E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EE207" w14:textId="77777777" w:rsidR="002F2AA3" w:rsidRPr="001805A0" w:rsidRDefault="00F60BC1" w:rsidP="009E3991">
            <w:pPr>
              <w:spacing w:after="0" w:line="240" w:lineRule="auto"/>
              <w:jc w:val="both"/>
              <w:rPr>
                <w:sz w:val="22"/>
              </w:rPr>
            </w:pPr>
            <w:r w:rsidRPr="001805A0">
              <w:rPr>
                <w:b/>
                <w:sz w:val="22"/>
              </w:rPr>
              <w:t xml:space="preserve">4.1  </w:t>
            </w:r>
            <w:r w:rsidRPr="001805A0">
              <w:rPr>
                <w:b/>
                <w:bCs/>
                <w:sz w:val="22"/>
              </w:rPr>
              <w:t>Supporting evidence and visual materials.</w:t>
            </w:r>
            <w:r w:rsidRPr="001805A0">
              <w:rPr>
                <w:sz w:val="22"/>
              </w:rPr>
              <w:t xml:space="preserve"> </w:t>
            </w:r>
          </w:p>
          <w:p w14:paraId="42CFD654" w14:textId="6FE6D10D" w:rsidR="004A22F2" w:rsidRPr="001805A0" w:rsidRDefault="00F60BC1" w:rsidP="009E3991">
            <w:pPr>
              <w:spacing w:after="0" w:line="240" w:lineRule="auto"/>
              <w:jc w:val="both"/>
              <w:rPr>
                <w:i/>
                <w:iCs/>
              </w:rPr>
            </w:pPr>
            <w:r w:rsidRPr="001805A0">
              <w:rPr>
                <w:i/>
                <w:iCs/>
                <w:sz w:val="22"/>
              </w:rPr>
              <w:t>Please provide</w:t>
            </w:r>
            <w:r w:rsidR="000C5CEF" w:rsidRPr="001805A0">
              <w:rPr>
                <w:i/>
                <w:iCs/>
                <w:sz w:val="22"/>
              </w:rPr>
              <w:t xml:space="preserve"> files or</w:t>
            </w:r>
            <w:r w:rsidRPr="001805A0">
              <w:rPr>
                <w:i/>
                <w:iCs/>
                <w:sz w:val="22"/>
              </w:rPr>
              <w:t xml:space="preserve"> links to relevant certification information, product pages, photos, screenshots, catalogues, marketplace listings, reports, sales or export data, media publications, videos or other materials supporting this application.</w:t>
            </w:r>
          </w:p>
        </w:tc>
      </w:tr>
      <w:tr w:rsidR="004A22F2" w:rsidRPr="001805A0" w14:paraId="36644FE2" w14:textId="77777777" w:rsidTr="00523D5E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8B27D" w14:textId="7CA77DDD" w:rsidR="004A22F2" w:rsidRPr="001805A0" w:rsidRDefault="004A22F2" w:rsidP="00A9756C">
            <w:pPr>
              <w:spacing w:after="0" w:line="240" w:lineRule="auto"/>
            </w:pPr>
          </w:p>
        </w:tc>
      </w:tr>
      <w:tr w:rsidR="004A22F2" w:rsidRPr="001805A0" w14:paraId="1F0C49DA" w14:textId="77777777" w:rsidTr="00523D5E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596F36" w14:textId="7516EFFD" w:rsidR="002F2AA3" w:rsidRPr="001805A0" w:rsidRDefault="00F60BC1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 xml:space="preserve">4.2  </w:t>
            </w:r>
            <w:r w:rsidRPr="001805A0">
              <w:rPr>
                <w:b/>
                <w:bCs/>
                <w:sz w:val="22"/>
              </w:rPr>
              <w:t>Permission for GEN use</w:t>
            </w:r>
            <w:r w:rsidR="002F2AA3" w:rsidRPr="001805A0">
              <w:rPr>
                <w:sz w:val="22"/>
              </w:rPr>
              <w:br/>
            </w:r>
            <w:r w:rsidRPr="001805A0">
              <w:rPr>
                <w:i/>
                <w:iCs/>
                <w:sz w:val="22"/>
              </w:rPr>
              <w:t>I give GEN permission to use and edit the submitted information and materials for WED 2026 communication and promotional materials, including the GEN website, social media and Award Ceremony materials.</w:t>
            </w:r>
          </w:p>
        </w:tc>
      </w:tr>
      <w:tr w:rsidR="004A22F2" w:rsidRPr="001805A0" w14:paraId="251975DE" w14:textId="77777777" w:rsidTr="00523D5E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7A04DE" w14:textId="1D9A32AC" w:rsidR="004A22F2" w:rsidRPr="001805A0" w:rsidRDefault="000C5CEF" w:rsidP="00A9756C">
            <w:pPr>
              <w:spacing w:after="0" w:line="240" w:lineRule="auto"/>
            </w:pPr>
            <w:r w:rsidRPr="001805A0">
              <w:rPr>
                <w:sz w:val="22"/>
              </w:rPr>
              <w:t>☐ Yes   ☐ Yes, with limitations (please specify):</w:t>
            </w:r>
          </w:p>
        </w:tc>
      </w:tr>
      <w:tr w:rsidR="004A22F2" w:rsidRPr="001805A0" w14:paraId="37461296" w14:textId="77777777" w:rsidTr="00523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4831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CB887C" w14:textId="77777777" w:rsidR="004A22F2" w:rsidRPr="001805A0" w:rsidRDefault="00F60BC1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>Question</w:t>
            </w:r>
          </w:p>
        </w:tc>
        <w:tc>
          <w:tcPr>
            <w:tcW w:w="5760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3FD7CA" w14:textId="77777777" w:rsidR="004A22F2" w:rsidRPr="001805A0" w:rsidRDefault="00F60BC1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sz w:val="22"/>
              </w:rPr>
              <w:t>Answer</w:t>
            </w:r>
          </w:p>
        </w:tc>
      </w:tr>
      <w:tr w:rsidR="004A22F2" w:rsidRPr="001805A0" w14:paraId="20522B74" w14:textId="77777777" w:rsidTr="00523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483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43D2CC" w14:textId="12B94A9B" w:rsidR="004A22F2" w:rsidRPr="001805A0" w:rsidRDefault="001E46A5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bCs/>
                <w:sz w:val="22"/>
                <w:lang w:val="ru-RU"/>
              </w:rPr>
              <w:t>4.3</w:t>
            </w:r>
            <w:r w:rsidRPr="001805A0">
              <w:rPr>
                <w:sz w:val="22"/>
                <w:lang w:val="ru-RU"/>
              </w:rPr>
              <w:t xml:space="preserve"> </w:t>
            </w:r>
            <w:r w:rsidR="00F60BC1" w:rsidRPr="001805A0">
              <w:rPr>
                <w:sz w:val="22"/>
              </w:rPr>
              <w:t xml:space="preserve">Accuracy and authority: I confirm that the submitted information is accurate to the best of my knowledge and that I am </w:t>
            </w:r>
            <w:proofErr w:type="spellStart"/>
            <w:r w:rsidR="00F60BC1" w:rsidRPr="001805A0">
              <w:rPr>
                <w:sz w:val="22"/>
              </w:rPr>
              <w:t>authorised</w:t>
            </w:r>
            <w:proofErr w:type="spellEnd"/>
            <w:r w:rsidR="00F60BC1" w:rsidRPr="001805A0">
              <w:rPr>
                <w:sz w:val="22"/>
              </w:rPr>
              <w:t xml:space="preserve"> to submit this application on behalf of my </w:t>
            </w:r>
            <w:proofErr w:type="spellStart"/>
            <w:r w:rsidR="00F60BC1" w:rsidRPr="001805A0">
              <w:rPr>
                <w:sz w:val="22"/>
              </w:rPr>
              <w:t>organisation</w:t>
            </w:r>
            <w:proofErr w:type="spellEnd"/>
            <w:r w:rsidR="00F60BC1" w:rsidRPr="001805A0">
              <w:rPr>
                <w:sz w:val="22"/>
              </w:rPr>
              <w:t xml:space="preserve">.  </w:t>
            </w:r>
          </w:p>
        </w:tc>
        <w:tc>
          <w:tcPr>
            <w:tcW w:w="57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FA8878" w14:textId="26B0F782" w:rsidR="004A22F2" w:rsidRPr="001805A0" w:rsidRDefault="00F60BC1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sz w:val="22"/>
              </w:rPr>
              <w:br/>
            </w:r>
            <w:r w:rsidR="000C5CEF" w:rsidRPr="001805A0">
              <w:rPr>
                <w:sz w:val="22"/>
              </w:rPr>
              <w:t>☐ Yes</w:t>
            </w:r>
          </w:p>
        </w:tc>
      </w:tr>
      <w:tr w:rsidR="004A22F2" w:rsidRPr="001805A0" w14:paraId="76B8F61A" w14:textId="77777777" w:rsidTr="00523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" w:type="dxa"/>
          <w:jc w:val="center"/>
        </w:trPr>
        <w:tc>
          <w:tcPr>
            <w:tcW w:w="483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59BC0A" w14:textId="2BD463D7" w:rsidR="004A22F2" w:rsidRPr="001805A0" w:rsidRDefault="001E46A5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b/>
                <w:bCs/>
                <w:sz w:val="22"/>
                <w:lang w:val="ru-RU"/>
              </w:rPr>
              <w:t>4.4</w:t>
            </w:r>
            <w:r w:rsidRPr="001805A0">
              <w:rPr>
                <w:sz w:val="22"/>
                <w:lang w:val="ru-RU"/>
              </w:rPr>
              <w:t xml:space="preserve"> </w:t>
            </w:r>
            <w:r w:rsidR="00F60BC1" w:rsidRPr="001805A0">
              <w:rPr>
                <w:sz w:val="22"/>
              </w:rPr>
              <w:t xml:space="preserve">GEN may contact me for clarification or additional materials related to this application.  </w:t>
            </w:r>
          </w:p>
        </w:tc>
        <w:tc>
          <w:tcPr>
            <w:tcW w:w="57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8F7645" w14:textId="41A3B459" w:rsidR="004A22F2" w:rsidRPr="001805A0" w:rsidRDefault="00F60BC1" w:rsidP="00A9756C">
            <w:pPr>
              <w:spacing w:after="0" w:line="240" w:lineRule="auto"/>
              <w:rPr>
                <w:sz w:val="22"/>
              </w:rPr>
            </w:pPr>
            <w:r w:rsidRPr="001805A0">
              <w:rPr>
                <w:sz w:val="22"/>
              </w:rPr>
              <w:br/>
            </w:r>
            <w:r w:rsidR="000C5CEF" w:rsidRPr="001805A0">
              <w:rPr>
                <w:sz w:val="22"/>
              </w:rPr>
              <w:t>☐ Yes</w:t>
            </w:r>
          </w:p>
        </w:tc>
      </w:tr>
    </w:tbl>
    <w:p w14:paraId="4092A83A" w14:textId="35AC8F53" w:rsidR="003417B5" w:rsidRPr="001805A0" w:rsidRDefault="003417B5">
      <w:pPr>
        <w:spacing w:before="80" w:after="40"/>
        <w:rPr>
          <w:rFonts w:cs="Arial"/>
          <w:b/>
          <w:sz w:val="22"/>
        </w:rPr>
      </w:pPr>
    </w:p>
    <w:p w14:paraId="38032BE9" w14:textId="6CB84B6E" w:rsidR="00BD2A81" w:rsidRPr="001805A0" w:rsidRDefault="00BD2A81">
      <w:pPr>
        <w:spacing w:before="80" w:after="40"/>
        <w:rPr>
          <w:rFonts w:cs="Arial"/>
          <w:b/>
          <w:sz w:val="22"/>
        </w:rPr>
      </w:pPr>
    </w:p>
    <w:p w14:paraId="7532A73B" w14:textId="77777777" w:rsidR="00BD2A81" w:rsidRPr="001805A0" w:rsidRDefault="00BD2A81">
      <w:pPr>
        <w:spacing w:before="80" w:after="40"/>
        <w:rPr>
          <w:rFonts w:cs="Arial"/>
          <w:b/>
          <w:sz w:val="22"/>
          <w:lang w:val="ru-RU"/>
        </w:rPr>
      </w:pPr>
    </w:p>
    <w:p w14:paraId="23B1E0F0" w14:textId="77777777" w:rsidR="00913E5A" w:rsidRPr="001805A0" w:rsidRDefault="00913E5A" w:rsidP="00913E5A">
      <w:pPr>
        <w:pStyle w:val="affa"/>
        <w:spacing w:before="0" w:beforeAutospacing="0" w:after="80" w:afterAutospacing="0"/>
        <w:rPr>
          <w:rFonts w:ascii="Arial" w:hAnsi="Arial" w:cs="Arial"/>
          <w:sz w:val="22"/>
          <w:szCs w:val="22"/>
        </w:rPr>
      </w:pPr>
      <w:bookmarkStart w:id="2" w:name="_Hlk237986500"/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Authorised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applicant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 / </w:t>
      </w: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focal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point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1805A0">
        <w:rPr>
          <w:rFonts w:ascii="Arial" w:hAnsi="Arial" w:cs="Arial"/>
          <w:color w:val="000000"/>
          <w:sz w:val="22"/>
          <w:szCs w:val="22"/>
        </w:rPr>
        <w:t>____________________________________________</w:t>
      </w:r>
    </w:p>
    <w:p w14:paraId="7A0F2FD3" w14:textId="77777777" w:rsidR="00913E5A" w:rsidRPr="001805A0" w:rsidRDefault="00913E5A" w:rsidP="00913E5A">
      <w:pPr>
        <w:pStyle w:val="affa"/>
        <w:spacing w:before="0" w:beforeAutospacing="0" w:after="80" w:afterAutospacing="0"/>
        <w:rPr>
          <w:rFonts w:ascii="Arial" w:hAnsi="Arial" w:cs="Arial"/>
          <w:sz w:val="22"/>
          <w:szCs w:val="22"/>
        </w:rPr>
      </w:pP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Name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 / </w:t>
      </w: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title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1805A0">
        <w:rPr>
          <w:rFonts w:ascii="Arial" w:hAnsi="Arial" w:cs="Arial"/>
          <w:color w:val="000000"/>
          <w:sz w:val="22"/>
          <w:szCs w:val="22"/>
        </w:rPr>
        <w:t xml:space="preserve">__________________________________    </w:t>
      </w:r>
      <w:proofErr w:type="spellStart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>Date</w:t>
      </w:r>
      <w:proofErr w:type="spellEnd"/>
      <w:r w:rsidRPr="001805A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1805A0">
        <w:rPr>
          <w:rFonts w:ascii="Arial" w:hAnsi="Arial" w:cs="Arial"/>
          <w:color w:val="000000"/>
          <w:sz w:val="22"/>
          <w:szCs w:val="22"/>
        </w:rPr>
        <w:t>________________</w:t>
      </w:r>
    </w:p>
    <w:p w14:paraId="2D5CD0D4" w14:textId="5CC40F62" w:rsidR="00913E5A" w:rsidRPr="001805A0" w:rsidRDefault="00913E5A">
      <w:pPr>
        <w:spacing w:before="80" w:after="40"/>
        <w:rPr>
          <w:b/>
          <w:sz w:val="22"/>
        </w:rPr>
      </w:pPr>
    </w:p>
    <w:p w14:paraId="65F026AE" w14:textId="77777777" w:rsidR="00C52087" w:rsidRPr="001805A0" w:rsidRDefault="00EC0666" w:rsidP="00EC0666">
      <w:pPr>
        <w:spacing w:before="80" w:after="40"/>
        <w:jc w:val="center"/>
        <w:rPr>
          <w:b/>
          <w:sz w:val="22"/>
        </w:rPr>
      </w:pPr>
      <w:r w:rsidRPr="001805A0">
        <w:rPr>
          <w:b/>
          <w:sz w:val="22"/>
        </w:rPr>
        <w:br/>
      </w:r>
      <w:r w:rsidRPr="001805A0">
        <w:rPr>
          <w:b/>
          <w:sz w:val="22"/>
        </w:rPr>
        <w:br/>
      </w:r>
      <w:r w:rsidRPr="001805A0">
        <w:rPr>
          <w:b/>
          <w:sz w:val="22"/>
        </w:rPr>
        <w:br/>
      </w:r>
    </w:p>
    <w:p w14:paraId="6F670E9B" w14:textId="0955E986" w:rsidR="00C52087" w:rsidRPr="001805A0" w:rsidRDefault="00C52087" w:rsidP="00EC0666">
      <w:pPr>
        <w:spacing w:before="80" w:after="40"/>
        <w:jc w:val="center"/>
        <w:rPr>
          <w:b/>
          <w:sz w:val="22"/>
        </w:rPr>
      </w:pPr>
    </w:p>
    <w:p w14:paraId="3FEC77F2" w14:textId="6DC25694" w:rsidR="00591F2C" w:rsidRPr="001805A0" w:rsidRDefault="00591F2C" w:rsidP="00EC0666">
      <w:pPr>
        <w:spacing w:before="80" w:after="40"/>
        <w:jc w:val="center"/>
        <w:rPr>
          <w:b/>
          <w:sz w:val="22"/>
        </w:rPr>
      </w:pPr>
    </w:p>
    <w:p w14:paraId="53805989" w14:textId="7DF7BAA7" w:rsidR="00591F2C" w:rsidRPr="001805A0" w:rsidRDefault="00591F2C" w:rsidP="00EC0666">
      <w:pPr>
        <w:spacing w:before="80" w:after="40"/>
        <w:jc w:val="center"/>
        <w:rPr>
          <w:b/>
          <w:sz w:val="22"/>
        </w:rPr>
      </w:pPr>
    </w:p>
    <w:p w14:paraId="23C0895D" w14:textId="77777777" w:rsidR="00591F2C" w:rsidRPr="001805A0" w:rsidRDefault="00591F2C" w:rsidP="00EC0666">
      <w:pPr>
        <w:spacing w:before="80" w:after="40"/>
        <w:jc w:val="center"/>
        <w:rPr>
          <w:b/>
          <w:sz w:val="22"/>
        </w:rPr>
      </w:pPr>
    </w:p>
    <w:p w14:paraId="4262C787" w14:textId="6B1FA547" w:rsidR="00591F2C" w:rsidRPr="001805A0" w:rsidRDefault="00C52087" w:rsidP="00591F2C">
      <w:pPr>
        <w:spacing w:before="80" w:after="40"/>
        <w:jc w:val="center"/>
        <w:rPr>
          <w:b/>
          <w:sz w:val="18"/>
          <w:szCs w:val="18"/>
        </w:rPr>
      </w:pPr>
      <w:r w:rsidRPr="001805A0">
        <w:rPr>
          <w:b/>
          <w:sz w:val="22"/>
        </w:rPr>
        <w:br/>
      </w:r>
      <w:r w:rsidR="00591F2C" w:rsidRPr="001805A0">
        <w:rPr>
          <w:b/>
          <w:sz w:val="18"/>
          <w:szCs w:val="18"/>
        </w:rPr>
        <w:t>Thank you for submitting your GEN Awards 2026 application.</w:t>
      </w:r>
    </w:p>
    <w:p w14:paraId="61AA750B" w14:textId="3814936C" w:rsidR="00591F2C" w:rsidRPr="001805A0" w:rsidRDefault="00591F2C" w:rsidP="00591F2C">
      <w:pPr>
        <w:spacing w:before="80" w:after="40"/>
        <w:jc w:val="center"/>
        <w:rPr>
          <w:bCs/>
          <w:sz w:val="18"/>
          <w:szCs w:val="18"/>
        </w:rPr>
      </w:pPr>
      <w:r w:rsidRPr="001805A0">
        <w:rPr>
          <w:bCs/>
          <w:sz w:val="18"/>
          <w:szCs w:val="18"/>
        </w:rPr>
        <w:t xml:space="preserve">GEN will review your application according to the process described in the </w:t>
      </w:r>
      <w:r w:rsidRPr="001805A0">
        <w:rPr>
          <w:bCs/>
          <w:i/>
          <w:iCs/>
          <w:sz w:val="18"/>
          <w:szCs w:val="18"/>
        </w:rPr>
        <w:t>GEN Awards 2026 Guidelines and Timeline</w:t>
      </w:r>
      <w:r w:rsidRPr="001805A0">
        <w:rPr>
          <w:bCs/>
          <w:sz w:val="18"/>
          <w:szCs w:val="18"/>
        </w:rPr>
        <w:t>. Selected cases may be used for WED 2026 communication in accordance with the permissions provided above.</w:t>
      </w:r>
    </w:p>
    <w:p w14:paraId="00956B67" w14:textId="634F79AB" w:rsidR="004A22F2" w:rsidRPr="00C52087" w:rsidRDefault="00591F2C" w:rsidP="008F7564">
      <w:pPr>
        <w:spacing w:before="80" w:after="40"/>
        <w:jc w:val="center"/>
        <w:rPr>
          <w:sz w:val="18"/>
          <w:szCs w:val="18"/>
        </w:rPr>
      </w:pPr>
      <w:r w:rsidRPr="001805A0">
        <w:rPr>
          <w:bCs/>
          <w:sz w:val="18"/>
          <w:szCs w:val="18"/>
        </w:rPr>
        <w:t xml:space="preserve">Follow the </w:t>
      </w:r>
      <w:hyperlink r:id="rId10" w:history="1">
        <w:r w:rsidRPr="001805A0">
          <w:rPr>
            <w:rStyle w:val="aff8"/>
            <w:sz w:val="18"/>
            <w:szCs w:val="18"/>
          </w:rPr>
          <w:t>GEN WED page</w:t>
        </w:r>
      </w:hyperlink>
      <w:r w:rsidRPr="001805A0">
        <w:rPr>
          <w:sz w:val="18"/>
          <w:szCs w:val="18"/>
        </w:rPr>
        <w:t xml:space="preserve"> </w:t>
      </w:r>
      <w:r w:rsidRPr="001805A0">
        <w:rPr>
          <w:bCs/>
          <w:sz w:val="18"/>
          <w:szCs w:val="18"/>
        </w:rPr>
        <w:t>for updates.</w:t>
      </w:r>
      <w:r w:rsidR="00EC0666" w:rsidRPr="00591F2C">
        <w:rPr>
          <w:bCs/>
          <w:sz w:val="18"/>
          <w:szCs w:val="18"/>
        </w:rPr>
        <w:br/>
      </w:r>
      <w:bookmarkEnd w:id="2"/>
    </w:p>
    <w:sectPr w:rsidR="004A22F2" w:rsidRPr="00C52087" w:rsidSect="00034616">
      <w:pgSz w:w="12240" w:h="15840"/>
      <w:pgMar w:top="893" w:right="979" w:bottom="835" w:left="9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0FF5" w14:textId="77777777" w:rsidR="00E9524D" w:rsidRDefault="00E9524D">
      <w:pPr>
        <w:spacing w:after="0" w:line="240" w:lineRule="auto"/>
      </w:pPr>
      <w:r>
        <w:separator/>
      </w:r>
    </w:p>
  </w:endnote>
  <w:endnote w:type="continuationSeparator" w:id="0">
    <w:p w14:paraId="364FFD75" w14:textId="77777777" w:rsidR="00E9524D" w:rsidRDefault="00E9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A925" w14:textId="649FFD7E" w:rsidR="002A5AAC" w:rsidRDefault="002A5AAC">
    <w:pPr>
      <w:pStyle w:val="a7"/>
    </w:pPr>
    <w:r w:rsidRPr="002A5AAC">
      <w:t xml:space="preserve">                                     </w:t>
    </w:r>
    <w:r w:rsidR="00EA0902" w:rsidRPr="00EA0902">
      <w:t>GEN Awards 2026 | Application Form | Business Nomination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5836" w14:textId="77777777" w:rsidR="00E9524D" w:rsidRDefault="00E9524D">
      <w:pPr>
        <w:spacing w:after="0" w:line="240" w:lineRule="auto"/>
      </w:pPr>
      <w:r>
        <w:separator/>
      </w:r>
    </w:p>
  </w:footnote>
  <w:footnote w:type="continuationSeparator" w:id="0">
    <w:p w14:paraId="59535412" w14:textId="77777777" w:rsidR="00E9524D" w:rsidRDefault="00E9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CA87" w14:textId="39BD6BD0" w:rsidR="000C5CEF" w:rsidRDefault="000C5CEF" w:rsidP="002A5AAC">
    <w:pPr>
      <w:pStyle w:val="a5"/>
    </w:pPr>
    <w:r>
      <w:rPr>
        <w:noProof/>
      </w:rPr>
      <w:drawing>
        <wp:inline distT="0" distB="0" distL="0" distR="0" wp14:anchorId="3C98EB1A" wp14:editId="51800FBF">
          <wp:extent cx="566928" cy="569553"/>
          <wp:effectExtent l="0" t="0" r="0" b="0"/>
          <wp:docPr id="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928" cy="569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CBB6F8C" wp14:editId="77971836">
          <wp:extent cx="871855" cy="487680"/>
          <wp:effectExtent l="0" t="0" r="4445" b="7620"/>
          <wp:docPr id="72" name="Рисунок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1BF1">
      <w:tab/>
    </w:r>
    <w:r w:rsidR="00C01B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3D5A73"/>
    <w:multiLevelType w:val="hybridMultilevel"/>
    <w:tmpl w:val="6ACC9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7455C"/>
    <w:multiLevelType w:val="multilevel"/>
    <w:tmpl w:val="25FA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0311A"/>
    <w:multiLevelType w:val="hybridMultilevel"/>
    <w:tmpl w:val="CF70A4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D37"/>
    <w:rsid w:val="000C5CEF"/>
    <w:rsid w:val="000E55D5"/>
    <w:rsid w:val="001117E5"/>
    <w:rsid w:val="00124D72"/>
    <w:rsid w:val="0015074B"/>
    <w:rsid w:val="001805A0"/>
    <w:rsid w:val="00182C92"/>
    <w:rsid w:val="001B3E15"/>
    <w:rsid w:val="001E46A5"/>
    <w:rsid w:val="001E62EC"/>
    <w:rsid w:val="0029639D"/>
    <w:rsid w:val="002A5AAC"/>
    <w:rsid w:val="002A6AB3"/>
    <w:rsid w:val="002E1A8B"/>
    <w:rsid w:val="002F2AA3"/>
    <w:rsid w:val="00301E2D"/>
    <w:rsid w:val="00326F90"/>
    <w:rsid w:val="003417B5"/>
    <w:rsid w:val="003D5D9D"/>
    <w:rsid w:val="003D6B6F"/>
    <w:rsid w:val="004107FC"/>
    <w:rsid w:val="00451597"/>
    <w:rsid w:val="00462083"/>
    <w:rsid w:val="00470F77"/>
    <w:rsid w:val="00494C98"/>
    <w:rsid w:val="004A017D"/>
    <w:rsid w:val="004A22F2"/>
    <w:rsid w:val="00523D5E"/>
    <w:rsid w:val="00591F2C"/>
    <w:rsid w:val="0065361D"/>
    <w:rsid w:val="0067060B"/>
    <w:rsid w:val="006748A6"/>
    <w:rsid w:val="00737EBE"/>
    <w:rsid w:val="007638C2"/>
    <w:rsid w:val="0079254E"/>
    <w:rsid w:val="007F2D49"/>
    <w:rsid w:val="0085376D"/>
    <w:rsid w:val="008F7564"/>
    <w:rsid w:val="00913E5A"/>
    <w:rsid w:val="009212CA"/>
    <w:rsid w:val="0097742E"/>
    <w:rsid w:val="00987B5B"/>
    <w:rsid w:val="009E3991"/>
    <w:rsid w:val="009F2387"/>
    <w:rsid w:val="00A61EFE"/>
    <w:rsid w:val="00A71179"/>
    <w:rsid w:val="00A9756C"/>
    <w:rsid w:val="00AA1D8D"/>
    <w:rsid w:val="00AA27EF"/>
    <w:rsid w:val="00AA4AFD"/>
    <w:rsid w:val="00AE0AB7"/>
    <w:rsid w:val="00B0097B"/>
    <w:rsid w:val="00B01837"/>
    <w:rsid w:val="00B2542F"/>
    <w:rsid w:val="00B47730"/>
    <w:rsid w:val="00B61CA7"/>
    <w:rsid w:val="00BD2A81"/>
    <w:rsid w:val="00BE05D2"/>
    <w:rsid w:val="00BE3335"/>
    <w:rsid w:val="00C01763"/>
    <w:rsid w:val="00C01BF1"/>
    <w:rsid w:val="00C52087"/>
    <w:rsid w:val="00CB0664"/>
    <w:rsid w:val="00CD7F33"/>
    <w:rsid w:val="00D93A97"/>
    <w:rsid w:val="00E9524D"/>
    <w:rsid w:val="00EA0902"/>
    <w:rsid w:val="00EC0666"/>
    <w:rsid w:val="00F159FB"/>
    <w:rsid w:val="00F60BC1"/>
    <w:rsid w:val="00FC693F"/>
    <w:rsid w:val="00FD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06690"/>
  <w14:defaultImageDpi w14:val="300"/>
  <w15:docId w15:val="{9645D3B4-8C1F-418D-BFC8-A1E74431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582D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7582D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417B5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3417B5"/>
    <w:rPr>
      <w:color w:val="605E5C"/>
      <w:shd w:val="clear" w:color="auto" w:fill="E1DFDD"/>
    </w:rPr>
  </w:style>
  <w:style w:type="paragraph" w:styleId="affa">
    <w:name w:val="Normal (Web)"/>
    <w:basedOn w:val="a1"/>
    <w:uiPriority w:val="99"/>
    <w:unhideWhenUsed/>
    <w:rsid w:val="0091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lobalecolabelling.net/world-ecolabel-day-public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3523</Words>
  <Characters>2009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Svitlana Permynova</cp:lastModifiedBy>
  <cp:revision>6</cp:revision>
  <dcterms:created xsi:type="dcterms:W3CDTF">2026-08-23T23:05:00Z</dcterms:created>
  <dcterms:modified xsi:type="dcterms:W3CDTF">2026-08-24T01:02:00Z</dcterms:modified>
  <cp:category/>
</cp:coreProperties>
</file>